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שישה הערוצים שיכולים לעזור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לפעולות מכל 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ערוץ מתאים למצב של בהלה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הערוץ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מערכת אמונות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ערוץ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(לנשום עמוק ולשתות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(לחשוב מה קרה ולהבין את הסיבות)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(לדבר על הפחד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(לחשוב על ערך שנותן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(לספר להורים או לחברים ולבקש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(לדמיין מקום שקט ובטוח)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שישה ערוצים שונים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לשלב כמה ערוצים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דמיון הוא אחד הערוצים שמסייעים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הכרה מראש עוזרת להגיב מהר ולהירגע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לבדוק שנבחרו שני ערוצים מתוך הרשימה והסבר הגיוני לכל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שזה כלי להתמודדות עם בהלה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לפחות שני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דוגמה כמו נשימות עמוקות או שתיית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תחושת בהלה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דוגמה אחת מכל ערוץ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רואים משהו מפחיד בכביש והלב דופק חזק. יש שישה דברים שיכולים לעזור להירגע. בדף הזה נלמד מה 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פעולות עם הגוף, כמו נשימות עמוקות ושתיית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והבנה של 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וביטוי של רגשות כמו פחד או עצב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אמונות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 ואמונות שנותנים תקווה וכוח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משפחה או חברים ובקשת 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של מקום בטוח ורגוע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חזקה של הגוף והנפש לדבר מפחיד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ולחזור לאיזון אחרי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בחירת הערוץ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ערוץ עוזר לנשום עמוק ולשתות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עוזר לחשוב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ערוץ עוזר לדבר על פחד?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קשור לחברים ומשפחה?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ערוץ קשור לדמיון?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ערוץ קשור לאמונות וערכים?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ערוץ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מה קרה ולהבין את הסיבות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לחשוב על ערך שנותן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מקום שקט ובטוח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לנשום עמוק ולשתות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לדבר על הפחד או לבכות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לספר להורים או לחברים ולבקש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הוא כלי שעוזר להתמודד עם בהלה אחרי אירוע מפחיד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הערוץ היחיד שעוזר להתמודד עם פחד הוא הערוץ החברתי.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ביותר מערוץ אחד בו זמנית כדי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לא יכול לעזור בהתמודדות עם פחד.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להכיר את הערוצים לפני שקורה אירוע מפחיד.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הערוץ של __________ כולל פעולות כמו נשימות עמוקות ושתיית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הערוץ של __________ עוזר לנו להבין בהיגיון מה 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הערוץ של __________ עוזר לנו לבטא פחד, עצב או כעס.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הערוץ של __________ כולל שיחה עם הורים או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הערוץ של __________ עוזר לנו לדמיין מקום בטוח ורגוע.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ראיתם או שמעתם על אירוע מפחיד בדרך. כתבו אילו שני ערוצים מתוך גש״ר מאח״ד הייתם בוחרים כדי להירגע, ומדוע דווקא 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כלי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ערוצים שיכולים לעזור אחרי בהלה.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מהערוץ הגופני.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מה עוזר לי אחרי בהלה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