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🚦 שומרי הדרך – זהירות בדרכים לכל הגילים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גש״ר מאח״ד – מה עוזר לי אחרי בהלה בדרך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שישה הערוצים שיכולים לעזור אחרי אירוע מפחיד בדרך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דוגמאות לפעולות מכל ערוץ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בחירת ערוץ מתאים למצב של בהלה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בחירת הערוץ המתאים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גוף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שכל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התאמת ערוץ לדוגמה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(לנשום עמוק ולשתות מים)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(לחשוב מה קרה ולהבין את הסיבות)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(לדבר על הפחד או לבכות)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(לספר להורים או לחברים ולבקש עזרה)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זו בדיוק המטרה של הכלי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יש שישה ערוצים שונים שיכולים לעזור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גוף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רגש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כתיבה אישית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אישית, חשוב לבדוק שנבחרו שני ערוצים מתוך הרשימה והסבר הגיוני לכל אחד מהם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שזה כלי להתמודדות עם בהלה אחרי אירוע מפחיד בדרך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לדעת לפחות שני ערוצים מתוך השישה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לתת דוגמה כמו נשימות עמוקות או שתיית מים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בשיחה קצרה על תחושת בהלה כדי לחבר את התלמידים לנושא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לתרגל יחד דוגמה אחת מכל ערוץ לפני העבודה העצמאית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בחלק הפתוח אפשר לעודד שיתוף בזוגות לפני כתיבה אישית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🚦 שומרי הדרך – זהירות בדרכים לכל הגילים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גש״ר מאח״ד – מה עוזר לי אחרי בהלה בדרך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כשרואים או חווים משהו מפחיד בדרך, כמו תאונה, הלב דופק מהר והגוף נבהל. גש״ר מאח״ד הוא כלי עם שישה ערוצים שעוזרים להירגע ולהתמודד עם הבהלה.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גוף  ·  רגש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בחירת הערוץ המתאים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אחרי שראיתם תאונה בדרך והלב דופק מהר, איזה ערוץ עוזר לנשום עמוק ולשתות מים?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גוף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שכל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רגש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איזה ערוץ עוזר לחשוב ולהבין בצורה הגיונית מה קרה?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רגש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שכל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דמיון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התאמת ערוץ לדוגמה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גוף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לדבר על הפחד או לבכות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שכל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לספר להורים או לחברים ולבקש עזרה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רגש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לנשום עמוק ולשתות מים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חברה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לחשוב מה קרה ולהבין את הסיבות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גש״ר מאח״ד הוא כלי שעוזר להתמודד עם בהלה אחרי אירוע מפחיד בדרך.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הערוץ היחיד שעוזר להתמודד עם פחד הוא הערוץ החברתי.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הערוץ של __________ כולל פעולות כמו נשימות עמוקות ושתיית מים.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הערוץ של __________ עוזר לנו לבטא פחד, עצב או כעס.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כתיבה אישית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תארו מצב שבו ראיתם או שמעתם על אירוע מפחיד בדרך. כתבו אילו שני ערוצים מתוך גש״ר מאח״ד הייתם בוחרים כדי להירגע, ומדוע דווקא הם.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המטרה של כלי גש״ר מאח״ד?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ציינו שני ערוצים שיכולים לעזור אחרי בהלה.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גש״ר מאח״ד – מה עוזר לי אחרי בהלה בדרך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